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6385E" w14:textId="77777777" w:rsidR="008C7AC2" w:rsidRDefault="006B4102">
      <w:pPr>
        <w:pStyle w:val="Heading1"/>
      </w:pPr>
      <w:r>
        <w:t>Alex M. Gordzica</w:t>
      </w:r>
    </w:p>
    <w:p w14:paraId="5E681804" w14:textId="40B7487A" w:rsidR="001F2AF7" w:rsidRPr="001F2AF7" w:rsidRDefault="006B4102">
      <w:r>
        <w:t>1514A Legend Trail Drive</w:t>
      </w:r>
      <w:r>
        <w:br/>
        <w:t>Lawrence, KS 66047</w:t>
      </w:r>
      <w:r>
        <w:br/>
        <w:t>816-877-3525</w:t>
      </w:r>
      <w:r w:rsidR="001F2AF7">
        <w:t xml:space="preserve"> </w:t>
      </w:r>
      <w:r w:rsidR="001F2AF7" w:rsidRPr="00E636A8">
        <w:t>alexgordzica@gmail.com</w:t>
      </w:r>
    </w:p>
    <w:p w14:paraId="30CDBA6D" w14:textId="77777777" w:rsidR="008C7AC2" w:rsidRPr="001F2AF7" w:rsidRDefault="006B4102">
      <w:pPr>
        <w:pStyle w:val="Heading2"/>
        <w:rPr>
          <w:lang w:val="fr-FR"/>
        </w:rPr>
      </w:pPr>
      <w:r w:rsidRPr="001F2AF7">
        <w:rPr>
          <w:lang w:val="fr-FR"/>
        </w:rPr>
        <w:t>Golf Turf &amp; Commercial Turf Management Professional</w:t>
      </w:r>
    </w:p>
    <w:p w14:paraId="5F75BD3D" w14:textId="0490C5C5" w:rsidR="008C7AC2" w:rsidRDefault="006B4102">
      <w:r>
        <w:t>Professional turf manager with over 1</w:t>
      </w:r>
      <w:r w:rsidR="001F2AF7">
        <w:t>8</w:t>
      </w:r>
      <w:r>
        <w:t xml:space="preserve"> years of experience in golf course, commercial, and residential turf management. Rutgers Professional Golf Turf Management graduate with expertise in integrated pest management (IPM), irrigation systems, turfgrass diagnostics, pesticide applications, equipment calibration, crew leadership, customer service, and business operations.</w:t>
      </w:r>
    </w:p>
    <w:p w14:paraId="42E9BE9A" w14:textId="77777777" w:rsidR="008C7AC2" w:rsidRDefault="006B4102">
      <w:pPr>
        <w:pStyle w:val="Heading2"/>
      </w:pPr>
      <w:r>
        <w:t>Career Highlights</w:t>
      </w:r>
    </w:p>
    <w:p w14:paraId="1C41F3F0" w14:textId="31C5A4D9" w:rsidR="008C7AC2" w:rsidRDefault="006B4102">
      <w:pPr>
        <w:pStyle w:val="ListBullet"/>
      </w:pPr>
      <w:r>
        <w:t>1</w:t>
      </w:r>
      <w:r w:rsidR="001F2AF7">
        <w:t>8</w:t>
      </w:r>
      <w:r>
        <w:t>+ years of professional turfgrass management experience.</w:t>
      </w:r>
    </w:p>
    <w:p w14:paraId="2937F76F" w14:textId="77777777" w:rsidR="008C7AC2" w:rsidRDefault="006B4102">
      <w:pPr>
        <w:pStyle w:val="ListBullet"/>
      </w:pPr>
      <w:r>
        <w:t>Rutgers Professional Golf Turf Management Program graduate with Honors.</w:t>
      </w:r>
    </w:p>
    <w:p w14:paraId="631C2E78" w14:textId="77777777" w:rsidR="008C7AC2" w:rsidRDefault="006B4102">
      <w:pPr>
        <w:pStyle w:val="ListBullet"/>
      </w:pPr>
      <w:r>
        <w:t>Kansas Commercial Pesticide Applicator – Categories 3A &amp; 3B.</w:t>
      </w:r>
    </w:p>
    <w:p w14:paraId="4B2FA6EE" w14:textId="77777777" w:rsidR="008C7AC2" w:rsidRDefault="006B4102">
      <w:pPr>
        <w:pStyle w:val="ListBullet"/>
      </w:pPr>
      <w:r>
        <w:t>Former owner/operator of Hadl Turf.</w:t>
      </w:r>
    </w:p>
    <w:p w14:paraId="7E23E388" w14:textId="77777777" w:rsidR="008C7AC2" w:rsidRDefault="006B4102">
      <w:pPr>
        <w:pStyle w:val="ListBullet"/>
      </w:pPr>
      <w:r>
        <w:t>Experienced with Toro, Rain Bird, and Hunter irrigation systems.</w:t>
      </w:r>
    </w:p>
    <w:p w14:paraId="41DCC7E6" w14:textId="77777777" w:rsidR="008C7AC2" w:rsidRDefault="006B4102">
      <w:pPr>
        <w:pStyle w:val="ListBullet"/>
      </w:pPr>
      <w:r>
        <w:t>Commercial and residential turf management, golf course maintenance, IPM, calibration, and fertility programs.</w:t>
      </w:r>
    </w:p>
    <w:p w14:paraId="4DEDA72F" w14:textId="77777777" w:rsidR="008C7AC2" w:rsidRDefault="006B4102">
      <w:pPr>
        <w:pStyle w:val="Heading2"/>
      </w:pPr>
      <w:r>
        <w:t>Professional Experience</w:t>
      </w:r>
    </w:p>
    <w:p w14:paraId="31338DBE" w14:textId="77777777" w:rsidR="008C7AC2" w:rsidRDefault="006B4102">
      <w:r>
        <w:rPr>
          <w:b/>
        </w:rPr>
        <w:t>Integrity Turf &amp; Consulting – Turf Manager</w:t>
      </w:r>
      <w:r>
        <w:br/>
        <w:t>September 2023 – April 2024; April 2025 – July 2026</w:t>
      </w:r>
    </w:p>
    <w:p w14:paraId="21D1796F" w14:textId="77777777" w:rsidR="008C7AC2" w:rsidRDefault="006B4102">
      <w:pPr>
        <w:pStyle w:val="ListBullet"/>
      </w:pPr>
      <w:r>
        <w:t>Managed commercial and residential turf programs throughout northeast Kansas.</w:t>
      </w:r>
    </w:p>
    <w:p w14:paraId="7C2C4EC5" w14:textId="77777777" w:rsidR="008C7AC2" w:rsidRDefault="006B4102">
      <w:pPr>
        <w:pStyle w:val="ListBullet"/>
      </w:pPr>
      <w:r>
        <w:t>Diagnosed turf diseases, insects, and weeds using IPM.</w:t>
      </w:r>
    </w:p>
    <w:p w14:paraId="4AD6C54A" w14:textId="77777777" w:rsidR="008C7AC2" w:rsidRDefault="006B4102">
      <w:pPr>
        <w:pStyle w:val="ListBullet"/>
      </w:pPr>
      <w:r>
        <w:t>Applied fertilizers, herbicides, fungicides, and insecticides in accordance with label requirements.</w:t>
      </w:r>
    </w:p>
    <w:p w14:paraId="2C5B8D1D" w14:textId="77777777" w:rsidR="008C7AC2" w:rsidRDefault="006B4102">
      <w:pPr>
        <w:pStyle w:val="ListBullet"/>
      </w:pPr>
      <w:r>
        <w:t>Calibrated and operated Steel Green, Z-Spray, truck-mounted, and backpack spray equipment.</w:t>
      </w:r>
    </w:p>
    <w:p w14:paraId="4F415439" w14:textId="77777777" w:rsidR="008C7AC2" w:rsidRDefault="006B4102">
      <w:pPr>
        <w:pStyle w:val="ListBullet"/>
      </w:pPr>
      <w:r>
        <w:t>Performed irrigation troubleshooting, customer consultations, routing assistance, and recordkeeping.</w:t>
      </w:r>
    </w:p>
    <w:p w14:paraId="1848DB83" w14:textId="77777777" w:rsidR="008C7AC2" w:rsidRDefault="006B4102">
      <w:r>
        <w:rPr>
          <w:b/>
        </w:rPr>
        <w:t>Hadl Turf – Owner / Operator</w:t>
      </w:r>
      <w:r>
        <w:br/>
        <w:t>2015 – 2019</w:t>
      </w:r>
    </w:p>
    <w:p w14:paraId="3E19EB09" w14:textId="77777777" w:rsidR="008C7AC2" w:rsidRDefault="006B4102">
      <w:pPr>
        <w:pStyle w:val="ListBullet"/>
      </w:pPr>
      <w:r>
        <w:t>Owned and operated a successful lawn and landscape company handling estimating, scheduling, customer service, pesticide applications, mowing, landscape maintenance, equipment maintenance, and snow removal.</w:t>
      </w:r>
    </w:p>
    <w:p w14:paraId="035A85D3" w14:textId="77777777" w:rsidR="008C7AC2" w:rsidRDefault="006B4102">
      <w:r>
        <w:rPr>
          <w:b/>
        </w:rPr>
        <w:lastRenderedPageBreak/>
        <w:t>Country Club of Orlando – Senior Assistant Superintendent</w:t>
      </w:r>
    </w:p>
    <w:p w14:paraId="42CCA30E" w14:textId="77777777" w:rsidR="008C7AC2" w:rsidRDefault="006B4102">
      <w:pPr>
        <w:pStyle w:val="ListBullet"/>
      </w:pPr>
      <w:r>
        <w:t>Supervised crews, managed irrigation, fertility and IPM programs, moisture management, and championship course conditioning.</w:t>
      </w:r>
    </w:p>
    <w:p w14:paraId="3F981ACA" w14:textId="77777777" w:rsidR="008C7AC2" w:rsidRDefault="006B4102">
      <w:r>
        <w:rPr>
          <w:b/>
        </w:rPr>
        <w:t>Card Sound Golf Club – Assistant Superintendent</w:t>
      </w:r>
    </w:p>
    <w:p w14:paraId="494894E5" w14:textId="77777777" w:rsidR="008C7AC2" w:rsidRDefault="006B4102">
      <w:pPr>
        <w:pStyle w:val="ListBullet"/>
      </w:pPr>
      <w:r>
        <w:t>Assisted with Bermuda turf management, pesticide applications, irrigation repair, and course renovations.</w:t>
      </w:r>
    </w:p>
    <w:p w14:paraId="0084E30C" w14:textId="77777777" w:rsidR="008C7AC2" w:rsidRDefault="006B4102">
      <w:r>
        <w:rPr>
          <w:b/>
        </w:rPr>
        <w:t>Old Greenwood Golf Course – 2nd Assistant Superintendent</w:t>
      </w:r>
    </w:p>
    <w:p w14:paraId="0506EC46" w14:textId="77777777" w:rsidR="008C7AC2" w:rsidRDefault="006B4102">
      <w:pPr>
        <w:pStyle w:val="ListBullet"/>
      </w:pPr>
      <w:r>
        <w:t>Managed crews, irrigation startup, water management records, pesticide records, and daily operations.</w:t>
      </w:r>
    </w:p>
    <w:p w14:paraId="75A2F3A6" w14:textId="0F2A3677" w:rsidR="008C7AC2" w:rsidRDefault="006B4102">
      <w:r>
        <w:rPr>
          <w:b/>
        </w:rPr>
        <w:t xml:space="preserve">Lawrence Country Club – </w:t>
      </w:r>
      <w:r w:rsidR="001F2AF7">
        <w:rPr>
          <w:b/>
        </w:rPr>
        <w:t>Assistant Superintendent</w:t>
      </w:r>
    </w:p>
    <w:p w14:paraId="076A11D0" w14:textId="77777777" w:rsidR="008C7AC2" w:rsidRDefault="006B4102">
      <w:pPr>
        <w:pStyle w:val="ListBullet"/>
      </w:pPr>
      <w:r>
        <w:t>Performed golf course maintenance and tournament preparation while gaining disease diagnosis and irrigation experience.</w:t>
      </w:r>
    </w:p>
    <w:p w14:paraId="0B3A1F60" w14:textId="77777777" w:rsidR="008C7AC2" w:rsidRDefault="006B4102">
      <w:r>
        <w:rPr>
          <w:b/>
        </w:rPr>
        <w:t>University of Kansas – Lab Technician</w:t>
      </w:r>
    </w:p>
    <w:p w14:paraId="4FD24BF0" w14:textId="77777777" w:rsidR="008C7AC2" w:rsidRDefault="006B4102">
      <w:pPr>
        <w:pStyle w:val="ListBullet"/>
      </w:pPr>
      <w:r>
        <w:t>Conducted groundwater and soil research while maintaining scientific records and databases.</w:t>
      </w:r>
    </w:p>
    <w:p w14:paraId="51B81A84" w14:textId="77777777" w:rsidR="008C7AC2" w:rsidRDefault="006B4102">
      <w:pPr>
        <w:pStyle w:val="Heading2"/>
      </w:pPr>
      <w:r>
        <w:t>Education &amp; Certifications</w:t>
      </w:r>
    </w:p>
    <w:p w14:paraId="1EDE1C1D" w14:textId="77777777" w:rsidR="008C7AC2" w:rsidRDefault="006B4102">
      <w:r>
        <w:t>Rutgers Professional Golf Turf Management Program – Certificate with Honors</w:t>
      </w:r>
    </w:p>
    <w:p w14:paraId="49E93610" w14:textId="77777777" w:rsidR="008C7AC2" w:rsidRDefault="006B4102">
      <w:r>
        <w:t>University of Kansas – Environmental Geology coursework</w:t>
      </w:r>
    </w:p>
    <w:p w14:paraId="12CBE021" w14:textId="77777777" w:rsidR="008C7AC2" w:rsidRDefault="006B4102">
      <w:r>
        <w:t>Kansas Commercial Pesticide Applicator – Categories 3A &amp; 3B</w:t>
      </w:r>
    </w:p>
    <w:p w14:paraId="5CBED967" w14:textId="77777777" w:rsidR="001F2AF7" w:rsidRDefault="001F2AF7"/>
    <w:p w14:paraId="489680C0" w14:textId="6D15A170" w:rsidR="001F2AF7" w:rsidRDefault="001F2AF7" w:rsidP="001F2AF7">
      <w:pPr>
        <w:pStyle w:val="Heading2"/>
      </w:pPr>
      <w:r>
        <w:t>References</w:t>
      </w:r>
    </w:p>
    <w:p w14:paraId="11F11F6A" w14:textId="04CEC951" w:rsidR="001F2AF7" w:rsidRPr="00E636A8" w:rsidRDefault="001F2AF7" w:rsidP="001F2AF7">
      <w:r w:rsidRPr="00E636A8">
        <w:t>Luke Gancarz: 307-284-7588</w:t>
      </w:r>
    </w:p>
    <w:p w14:paraId="091DDE59" w14:textId="6E84588C" w:rsidR="001F2AF7" w:rsidRPr="00E636A8" w:rsidRDefault="001F2AF7" w:rsidP="001F2AF7">
      <w:r w:rsidRPr="00E636A8">
        <w:t>Ryan Banning: 785-218-9671</w:t>
      </w:r>
    </w:p>
    <w:p w14:paraId="221D0BEE" w14:textId="229D76E3" w:rsidR="001F2AF7" w:rsidRPr="00E636A8" w:rsidRDefault="001F2AF7" w:rsidP="001F2AF7">
      <w:r w:rsidRPr="00E636A8">
        <w:t>Quinn Klutman: 785-550-6181</w:t>
      </w:r>
    </w:p>
    <w:p w14:paraId="63D65BEB" w14:textId="17D64BF3" w:rsidR="001F2AF7" w:rsidRPr="00E636A8" w:rsidRDefault="001F2AF7" w:rsidP="001F2AF7">
      <w:r w:rsidRPr="00E636A8">
        <w:t>Cam Reschke: 785-393-3845</w:t>
      </w:r>
    </w:p>
    <w:p w14:paraId="2AC66911" w14:textId="28B5D033" w:rsidR="001F2AF7" w:rsidRPr="00E636A8" w:rsidRDefault="001F2AF7" w:rsidP="001F2AF7">
      <w:r w:rsidRPr="00E636A8">
        <w:t>Scott Fullerton: 785-766-5541</w:t>
      </w:r>
    </w:p>
    <w:p w14:paraId="6C77EBF5" w14:textId="3694E360" w:rsidR="00E636A8" w:rsidRPr="00E636A8" w:rsidRDefault="00E636A8" w:rsidP="001F2AF7">
      <w:r w:rsidRPr="00E636A8">
        <w:t>J</w:t>
      </w:r>
      <w:r>
        <w:t xml:space="preserve">ordan Alexander: </w:t>
      </w:r>
      <w:r w:rsidR="008A0C45">
        <w:t>270-734-4074</w:t>
      </w:r>
    </w:p>
    <w:sectPr w:rsidR="00E636A8" w:rsidRPr="00E636A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8578851">
    <w:abstractNumId w:val="8"/>
  </w:num>
  <w:num w:numId="2" w16cid:durableId="712657793">
    <w:abstractNumId w:val="6"/>
  </w:num>
  <w:num w:numId="3" w16cid:durableId="249513018">
    <w:abstractNumId w:val="5"/>
  </w:num>
  <w:num w:numId="4" w16cid:durableId="1611355682">
    <w:abstractNumId w:val="4"/>
  </w:num>
  <w:num w:numId="5" w16cid:durableId="91167652">
    <w:abstractNumId w:val="7"/>
  </w:num>
  <w:num w:numId="6" w16cid:durableId="5326510">
    <w:abstractNumId w:val="3"/>
  </w:num>
  <w:num w:numId="7" w16cid:durableId="453912910">
    <w:abstractNumId w:val="2"/>
  </w:num>
  <w:num w:numId="8" w16cid:durableId="942567052">
    <w:abstractNumId w:val="1"/>
  </w:num>
  <w:num w:numId="9" w16cid:durableId="2139252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D8"/>
    <w:rsid w:val="00034616"/>
    <w:rsid w:val="0006063C"/>
    <w:rsid w:val="0015074B"/>
    <w:rsid w:val="001F2AF7"/>
    <w:rsid w:val="002237D7"/>
    <w:rsid w:val="0029639D"/>
    <w:rsid w:val="00326F90"/>
    <w:rsid w:val="006B4102"/>
    <w:rsid w:val="006C7DCE"/>
    <w:rsid w:val="008A0C45"/>
    <w:rsid w:val="008C7AC2"/>
    <w:rsid w:val="00AA1D8D"/>
    <w:rsid w:val="00B47730"/>
    <w:rsid w:val="00CB0664"/>
    <w:rsid w:val="00E636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E384B"/>
  <w14:defaultImageDpi w14:val="300"/>
  <w15:docId w15:val="{9FEB11E5-3C24-4619-BDC6-E20A6824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 g</cp:lastModifiedBy>
  <cp:revision>4</cp:revision>
  <dcterms:created xsi:type="dcterms:W3CDTF">2026-10-22T17:36:00Z</dcterms:created>
  <dcterms:modified xsi:type="dcterms:W3CDTF">2026-10-22T19:55:00Z</dcterms:modified>
  <cp:category/>
</cp:coreProperties>
</file>