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DAVID HUNT</w:t>
      </w:r>
    </w:p>
    <w:p>
      <w:r>
        <w:rPr>
          <w:b/>
        </w:rPr>
        <w:t>Athletic Field Specialist | Operations Manager | Sports Turf, Pest Control &amp; Landscape Management</w:t>
        <w:br/>
      </w:r>
      <w:r>
        <w:t>Fort Pierce, Florida 34951</w:t>
        <w:br/>
      </w:r>
      <w:r>
        <w:t>772-370-9457 | dwhuntfi@gmail.com</w:t>
        <w:br/>
      </w:r>
      <w:r>
        <w:t>Willing to Relocate Anywhere | Authorized to Work in the U.S. for Any Employer</w:t>
      </w:r>
    </w:p>
    <w:p>
      <w:pPr>
        <w:pStyle w:val="Heading2"/>
      </w:pPr>
      <w:r>
        <w:t>Professional Summary</w:t>
      </w:r>
    </w:p>
    <w:p>
      <w:r>
        <w:t>Results-driven Athletic Field Specialist and Operations Manager with over 22 years of landscape industry experience and 15+ years managing athletic sports fields, turf health programs, and pest control operations. Extensive experience in sports turf management, irrigation troubleshooting, fertilization programs, herbicide applications, integrated pest management, and large-scale landscape maintenance.</w:t>
      </w:r>
    </w:p>
    <w:p>
      <w:pPr>
        <w:pStyle w:val="Heading2"/>
      </w:pPr>
      <w:r>
        <w:t>Core Competencies</w:t>
      </w:r>
    </w:p>
    <w:p>
      <w:r>
        <w:t>• Athletic Field &amp; Sports Turf Management</w:t>
        <w:br/>
        <w:t>• Operations Management &amp; Crew Leadership</w:t>
        <w:br/>
        <w:t>• Pest Control Operations &amp; IPM Programs</w:t>
        <w:br/>
        <w:t>• Irrigation Repair &amp; Troubleshooting</w:t>
        <w:br/>
        <w:t>• Equipment Maintenance &amp; Fleet Management</w:t>
        <w:br/>
        <w:t>• Budget Management &amp; Cost Control</w:t>
        <w:br/>
        <w:t>• Landscape Construction &amp; Renovation</w:t>
        <w:br/>
        <w:t>• Tree Care &amp; Arboriculture</w:t>
        <w:br/>
        <w:t>• Safety Compliance &amp; Quality Assurance</w:t>
      </w:r>
    </w:p>
    <w:p>
      <w:pPr>
        <w:pStyle w:val="Heading2"/>
      </w:pPr>
      <w:r>
        <w:t>Professional Experience</w:t>
      </w:r>
    </w:p>
    <w:p>
      <w:pPr>
        <w:pStyle w:val="Heading3"/>
      </w:pPr>
      <w:r>
        <w:t>St. Lucie County School Board – Athletic Field Specialist / Operations Manager</w:t>
      </w:r>
    </w:p>
    <w:p>
      <w:r>
        <w:t>August 2011 – Present</w:t>
      </w:r>
    </w:p>
    <w:p>
      <w:r>
        <w:t>Manage daily maintenance and operations for six athletic sports fields. Develop turf management programs, irrigation repairs, pest control programs, equipment maintenance, and coordinate field restoration projects.</w:t>
      </w:r>
    </w:p>
    <w:p>
      <w:pPr>
        <w:pStyle w:val="Heading3"/>
      </w:pPr>
      <w:r>
        <w:t>D&amp;R Landscaping &amp; Excavation – Owner / Operator / Operations Manager</w:t>
      </w:r>
    </w:p>
    <w:p>
      <w:r>
        <w:t>June 2004 – Present</w:t>
      </w:r>
    </w:p>
    <w:p>
      <w:r>
        <w:t>Manage estimating, scheduling, budgeting, crews, landscape maintenance, irrigation, fertilization, excavation projects, and fleet maintenance.</w:t>
      </w:r>
    </w:p>
    <w:p>
      <w:pPr>
        <w:pStyle w:val="Heading2"/>
      </w:pPr>
      <w:r>
        <w:t>Licenses &amp; Certifications</w:t>
      </w:r>
    </w:p>
    <w:p>
      <w:r>
        <w:t>• Certified Arborist</w:t>
        <w:br/>
        <w:t>• Florida Commercial Applicator Licenses (Ornamental &amp; Turf, Right-of-Way, Natural Areas, Aquatics)</w:t>
        <w:br/>
        <w:t>• Class A CDL</w:t>
        <w:br/>
        <w:t>• Excavation Contractor Licenses</w:t>
        <w:br/>
        <w:t>• Cybersecurity Certificate</w:t>
        <w:br/>
        <w:t>• Computer Programming Certificate</w:t>
      </w:r>
    </w:p>
    <w:p>
      <w:pPr>
        <w:pStyle w:val="Heading2"/>
      </w:pPr>
      <w:r>
        <w:t>Education</w:t>
      </w:r>
    </w:p>
    <w:p>
      <w:r>
        <w:t>Indian River State College</w:t>
        <w:br/>
        <w:t>Associate of Science – Horticulture</w:t>
        <w:br/>
        <w:t>Associate of Science – Landscape Design</w:t>
        <w:br/>
        <w:t>Associate of Science – Pest Control</w:t>
        <w:br/>
        <w:t>Associate of Science – Golf Course Management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